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Appalachian Juju Public Initiative</w:t>
      </w:r>
    </w:p>
    <w:p>
      <w:pPr>
        <w:jc w:val="center"/>
      </w:pPr>
      <w:r>
        <w:rPr>
          <w:b/>
          <w:sz w:val="44"/>
        </w:rPr>
        <w:t>Ask for Action</w:t>
      </w:r>
    </w:p>
    <w:p>
      <w:pPr>
        <w:jc w:val="center"/>
      </w:pPr>
      <w:r>
        <w:rPr>
          <w:i/>
        </w:rPr>
        <w:t>A fill-in-the-blank letter for requesting a specific response or decision</w:t>
      </w:r>
    </w:p>
    <w:p>
      <w:r>
        <w:rPr>
          <w:b/>
        </w:rPr>
        <w:t xml:space="preserve">USE THIS WHEN: </w:t>
      </w:r>
      <w:r>
        <w:t>Use this when you understand the issue and want a decision-maker to take, stop, review, delay, protect, disclose, or reconsider something specific.</w:t>
      </w:r>
    </w:p>
    <w:p>
      <w:pPr>
        <w:pStyle w:val="Heading2"/>
      </w:pPr>
      <w:r>
        <w:t>Before you write</w:t>
      </w:r>
    </w:p>
    <w:p>
      <w:r>
        <w:t>What decision or action concerns you?</w:t>
        <w:br/>
        <w:t>____________________________________________________________</w:t>
      </w:r>
    </w:p>
    <w:p>
      <w:r>
        <w:t>How does it affect your community or the place you care about?</w:t>
        <w:br/>
        <w:t>____________________________________________________________</w:t>
      </w:r>
    </w:p>
    <w:p>
      <w:r>
        <w:t>What ONE specific action are you asking for?</w:t>
        <w:br/>
        <w:t>____________________________________________________________</w:t>
      </w:r>
    </w:p>
    <w:p>
      <w:r>
        <w:t>What response do you want from the recipient?</w:t>
        <w:br/>
        <w:t>____________________________________________________________</w:t>
      </w:r>
    </w:p>
    <w:p>
      <w:pPr>
        <w:pStyle w:val="Heading2"/>
      </w:pPr>
      <w:r>
        <w:t>Fill-in-the-blank letter</w:t>
      </w:r>
    </w:p>
    <w:p>
      <w:r>
        <w:rPr>
          <w:b/>
        </w:rPr>
        <w:t xml:space="preserve">Subject: </w:t>
      </w:r>
      <w:r>
        <w:t>Request for action regarding [ISSUE OR PROJECT]</w:t>
      </w:r>
    </w:p>
    <w:p>
      <w:r>
        <w:t>Dear [TITLE AND NAME / OFFICE OR AGENCY],</w:t>
      </w:r>
    </w:p>
    <w:p>
      <w:r>
        <w:t>My name is [YOUR NAME], and I live in [CITY, COUNTY, OR COMMUNITY]. I am writing about [ISSUE, PROJECT, PROPOSAL, OR DECISION].</w:t>
      </w:r>
    </w:p>
    <w:p>
      <w:r>
        <w:t>This matters to me and my community because [BRIEFLY EXPLAIN THE LOCAL IMPACT OR WHY YOU ARE CONCERNED].</w:t>
      </w:r>
    </w:p>
    <w:p>
      <w:r>
        <w:t>Based on the information currently available, I am asking you to [STATE ONE SPECIFIC ACTION: REVIEW, DELAY, VOTE AGAINST, SUPPORT, REQUIRE A STUDY, HOLD A PUBLIC MEETING, PROTECT A SITE, ETC.].</w:t>
      </w:r>
    </w:p>
    <w:p>
      <w:r>
        <w:t>I am especially concerned about [ONE OR TWO SPECIFIC CONCERNS].</w:t>
      </w:r>
    </w:p>
    <w:p>
      <w:r>
        <w:t>Before further action is taken, I believe the public deserves [INFORMATION, PUBLIC INPUT, ENVIRONMENTAL REVIEW, FINANCIAL DISCLOSURE, HISTORIC REVIEW, OR OTHER SPECIFIC NEED].</w:t>
      </w:r>
    </w:p>
    <w:p>
      <w:r>
        <w:t>Please tell me whether you will [REPEAT YOUR SPECIFIC REQUEST] and what the next public step in this process will be.</w:t>
      </w:r>
    </w:p>
    <w:p>
      <w:r>
        <w:t>Thank you for your time and for considering the people who live in the communities affected by this decision.</w:t>
      </w:r>
    </w:p>
    <w:p>
      <w:r>
        <w:t>Sincerely,</w:t>
      </w:r>
    </w:p>
    <w:p>
      <w:r>
        <w:t>[YOUR NAME]</w:t>
        <w:br/>
        <w:t>[YOUR CITY / COUNTY]</w:t>
        <w:br/>
        <w:t>[YOUR EMAIL OR PHONE — OPTIONAL]</w:t>
      </w:r>
    </w:p>
    <w:p>
      <w:pPr>
        <w:jc w:val="center"/>
      </w:pPr>
      <w:r>
        <w:rPr>
          <w:b/>
        </w:rPr>
        <w:t>Pick one thing. Ask clearly. Expect an answer.</w:t>
      </w:r>
    </w:p>
    <w:p>
      <w:pPr>
        <w:jc w:val="center"/>
      </w:pPr>
      <w:r>
        <w:t>Appalachian Juju Public Initiative • Plain-language tools for accessible civic participation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