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Appalachian Juju Public Initiative</w:t>
      </w:r>
    </w:p>
    <w:p>
      <w:pPr>
        <w:jc w:val="center"/>
      </w:pPr>
      <w:r>
        <w:rPr>
          <w:b/>
          <w:sz w:val="44"/>
        </w:rPr>
        <w:t>Ask a Question</w:t>
      </w:r>
    </w:p>
    <w:p>
      <w:pPr>
        <w:jc w:val="center"/>
      </w:pPr>
      <w:r>
        <w:rPr>
          <w:i/>
        </w:rPr>
        <w:t>A fill-in-the-blank letter for requesting clear information</w:t>
      </w:r>
    </w:p>
    <w:p>
      <w:r>
        <w:rPr>
          <w:b/>
        </w:rPr>
        <w:t xml:space="preserve">USE THIS WHEN: </w:t>
      </w:r>
      <w:r>
        <w:t>Use this when you need facts, clarification, or a direct answer from an elected official, public agency, planning board, utility regulator, or other decision-maker.</w:t>
      </w:r>
    </w:p>
    <w:p>
      <w:pPr>
        <w:pStyle w:val="Heading2"/>
      </w:pPr>
      <w:r>
        <w:t>Before you write</w:t>
      </w:r>
    </w:p>
    <w:p>
      <w:r>
        <w:t>What is the issue or project?</w:t>
        <w:br/>
        <w:t>____________________________________________________________</w:t>
      </w:r>
    </w:p>
    <w:p>
      <w:r>
        <w:t>What do you already know?</w:t>
        <w:br/>
        <w:t>____________________________________________________________</w:t>
      </w:r>
    </w:p>
    <w:p>
      <w:r>
        <w:t>What is the ONE question you most need answered?</w:t>
        <w:br/>
        <w:t>____________________________________________________________</w:t>
      </w:r>
    </w:p>
    <w:p>
      <w:r>
        <w:t>Who has the authority or information to answer it?</w:t>
        <w:br/>
        <w:t>____________________________________________________________</w:t>
      </w:r>
    </w:p>
    <w:p>
      <w:pPr>
        <w:pStyle w:val="Heading2"/>
      </w:pPr>
      <w:r>
        <w:t>Fill-in-the-blank letter</w:t>
      </w:r>
    </w:p>
    <w:p>
      <w:r>
        <w:rPr>
          <w:b/>
        </w:rPr>
        <w:t xml:space="preserve">Subject: </w:t>
      </w:r>
      <w:r>
        <w:t>Question about [ISSUE OR PROJECT]</w:t>
      </w:r>
    </w:p>
    <w:p>
      <w:r>
        <w:t>Dear [TITLE AND NAME / OFFICE OR AGENCY],</w:t>
      </w:r>
    </w:p>
    <w:p>
      <w:r>
        <w:t>My name is [YOUR NAME], and I live in [CITY, COUNTY, OR COMMUNITY]. I am writing because I have a question about [ISSUE, PROJECT, PROPOSAL, OR DECISION].</w:t>
      </w:r>
    </w:p>
    <w:p>
      <w:r>
        <w:t>I understand that [BRIEFLY STATE WHAT YOU KNOW SO FAR].</w:t>
      </w:r>
    </w:p>
    <w:p>
      <w:r>
        <w:t>My question is: [WRITE ONE CLEAR QUESTION].</w:t>
      </w:r>
    </w:p>
    <w:p>
      <w:r>
        <w:t>If possible, I would also like to know [OPTIONAL SECOND QUESTION OR INFORMATION REQUEST].</w:t>
      </w:r>
    </w:p>
    <w:p>
      <w:r>
        <w:t>Please let me know where I can find the public information, meeting records, reports, applications, or other documents related to this issue.</w:t>
      </w:r>
    </w:p>
    <w:p>
      <w:r>
        <w:t>Thank you for your time. I would appreciate a response explaining [REPEAT THE MAIN THING YOU WANT TO KNOW].</w:t>
      </w:r>
    </w:p>
    <w:p>
      <w:r>
        <w:t>Sincerely,</w:t>
      </w:r>
    </w:p>
    <w:p>
      <w:r>
        <w:t>[YOUR NAME]</w:t>
        <w:br/>
        <w:t>[YOUR CITY / COUNTY]</w:t>
        <w:br/>
        <w:t>[YOUR EMAIL OR PHONE — OPTIONAL]</w:t>
      </w:r>
    </w:p>
    <w:p>
      <w:pPr>
        <w:jc w:val="center"/>
      </w:pPr>
      <w:r>
        <w:rPr>
          <w:b/>
        </w:rPr>
        <w:t>Pick one thing. Ask clearly. Expect an answer.</w:t>
      </w:r>
    </w:p>
    <w:p>
      <w:pPr>
        <w:jc w:val="center"/>
      </w:pPr>
      <w:r>
        <w:t>Appalachian Juju Public Initiative • Plain-language tools for accessible civic participation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